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TRANSLATION FROM [SOURCE LANGUAGE] INTO ENGLISH</w:t>
      </w:r>
    </w:p>
    <w:p>
      <w:r>
        <w:rPr>
          <w:b w:val="0"/>
        </w:rPr>
      </w:r>
    </w:p>
    <w:p>
      <w:r>
        <w:rPr>
          <w:b/>
        </w:rPr>
        <w:t>BIRTH CERTIFICATE</w:t>
      </w:r>
    </w:p>
    <w:p>
      <w:r>
        <w:rPr>
          <w:b w:val="0"/>
        </w:rPr>
      </w:r>
    </w:p>
    <w:p>
      <w:r>
        <w:rPr>
          <w:b w:val="0"/>
        </w:rPr>
        <w:t>Issuing office: ____________________</w:t>
      </w:r>
    </w:p>
    <w:p>
      <w:r>
        <w:rPr>
          <w:b w:val="0"/>
        </w:rPr>
        <w:t>Book / Page / Certificate No.: ____________________</w:t>
      </w:r>
    </w:p>
    <w:p>
      <w:r>
        <w:rPr>
          <w:b w:val="0"/>
        </w:rPr>
        <w:t>Date of registration: ____________________</w:t>
      </w:r>
    </w:p>
    <w:p>
      <w:r>
        <w:rPr>
          <w:b w:val="0"/>
        </w:rPr>
      </w:r>
    </w:p>
    <w:p>
      <w:r>
        <w:rPr>
          <w:b/>
        </w:rPr>
        <w:t>DETAILS OF THE PERSON REGISTERED</w:t>
      </w:r>
    </w:p>
    <w:p>
      <w:r>
        <w:rPr>
          <w:b w:val="0"/>
        </w:rPr>
        <w:t>Full name: ____________________</w:t>
      </w:r>
    </w:p>
    <w:p>
      <w:r>
        <w:rPr>
          <w:b w:val="0"/>
        </w:rPr>
        <w:t>Sex: ____________________</w:t>
      </w:r>
    </w:p>
    <w:p>
      <w:r>
        <w:rPr>
          <w:b w:val="0"/>
        </w:rPr>
        <w:t>Date of birth: ____________________   Time: ________</w:t>
      </w:r>
    </w:p>
    <w:p>
      <w:r>
        <w:rPr>
          <w:b w:val="0"/>
        </w:rPr>
        <w:t>Place of birth: ____________________</w:t>
      </w:r>
    </w:p>
    <w:p>
      <w:r>
        <w:rPr>
          <w:b w:val="0"/>
        </w:rPr>
      </w:r>
    </w:p>
    <w:p>
      <w:r>
        <w:rPr>
          <w:b/>
        </w:rPr>
        <w:t>PARENTS</w:t>
      </w:r>
    </w:p>
    <w:p>
      <w:r>
        <w:rPr>
          <w:b w:val="0"/>
        </w:rPr>
        <w:t>Father: ____________________   Nationality: ________</w:t>
      </w:r>
    </w:p>
    <w:p>
      <w:r>
        <w:rPr>
          <w:b w:val="0"/>
        </w:rPr>
        <w:t>Mother: ____________________   Nationality: ________</w:t>
      </w:r>
    </w:p>
    <w:p>
      <w:r>
        <w:rPr>
          <w:b w:val="0"/>
        </w:rPr>
      </w:r>
    </w:p>
    <w:p>
      <w:r>
        <w:rPr>
          <w:b w:val="0"/>
        </w:rPr>
        <w:t>GRANDPARENTS (if listed)</w:t>
      </w:r>
    </w:p>
    <w:p>
      <w:r>
        <w:rPr>
          <w:b w:val="0"/>
        </w:rPr>
        <w:t>Paternal: ____________________</w:t>
      </w:r>
    </w:p>
    <w:p>
      <w:r>
        <w:rPr>
          <w:b w:val="0"/>
        </w:rPr>
        <w:t>Maternal: ____________________</w:t>
      </w:r>
    </w:p>
    <w:p>
      <w:r>
        <w:rPr>
          <w:b w:val="0"/>
        </w:rPr>
      </w:r>
    </w:p>
    <w:p>
      <w:r>
        <w:rPr>
          <w:b w:val="0"/>
        </w:rPr>
        <w:t>WITNESSES (if listed): ____________________</w:t>
      </w:r>
    </w:p>
    <w:p>
      <w:r>
        <w:rPr>
          <w:b w:val="0"/>
        </w:rPr>
        <w:t>Marginal notes: ____________________</w:t>
      </w:r>
    </w:p>
    <w:p>
      <w:r>
        <w:rPr>
          <w:b w:val="0"/>
        </w:rPr>
        <w:t>Registrar: ____________________</w:t>
      </w:r>
    </w:p>
    <w:p>
      <w:r>
        <w:rPr>
          <w:b w:val="0"/>
        </w:rPr>
        <w:t>Seals and signatures: [Seal: ________] [Signature]</w:t>
      </w:r>
    </w:p>
    <w:p>
      <w:r>
        <w:rPr>
          <w:b w:val="0"/>
        </w:rPr>
      </w:r>
    </w:p>
    <w:p>
      <w:r>
        <w:rPr>
          <w:b w:val="0"/>
        </w:rPr>
        <w:t>(Translator's certification follows on the next page.)</w:t>
      </w:r>
    </w:p>
    <w:p>
      <w:r>
        <w:br w:type="page"/>
      </w:r>
    </w:p>
    <w:p>
      <w:r>
        <w:rPr>
          <w:b/>
        </w:rPr>
        <w:t>CERTIFICATE OF TRANSLATION</w:t>
      </w:r>
    </w:p>
    <w:p>
      <w:r>
        <w:rPr>
          <w:b w:val="0"/>
        </w:rPr>
      </w:r>
    </w:p>
    <w:p>
      <w:r>
        <w:rPr>
          <w:b w:val="0"/>
        </w:rPr>
        <w:t>I, [full name of translator], certify that I am competent to translate from [source language] into English, and that the attached English translation of [document title, for example: Birth certificate of Lucía Fernanda Morales Quintero] is complete and accurate to the best of my knowledge and ability.</w:t>
      </w:r>
    </w:p>
    <w:p>
      <w:r>
        <w:rPr>
          <w:b w:val="0"/>
        </w:rPr>
      </w:r>
    </w:p>
    <w:p>
      <w:r>
        <w:rPr>
          <w:b w:val="0"/>
        </w:rPr>
        <w:t>Signature: ____________________</w:t>
      </w:r>
    </w:p>
    <w:p>
      <w:r>
        <w:rPr>
          <w:b w:val="0"/>
        </w:rPr>
        <w:t>Printed name: [full name]</w:t>
      </w:r>
    </w:p>
    <w:p>
      <w:r>
        <w:rPr>
          <w:b w:val="0"/>
        </w:rPr>
        <w:t>Date: [month day, year]</w:t>
      </w:r>
    </w:p>
    <w:p>
      <w:r>
        <w:rPr>
          <w:b w:val="0"/>
        </w:rPr>
        <w:t>Contact information: [address, phone number or email]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