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CERTIFICATE OF TRANSLATION</w:t>
      </w:r>
    </w:p>
    <w:p>
      <w:r>
        <w:rPr>
          <w:b w:val="0"/>
        </w:rPr>
      </w:r>
    </w:p>
    <w:p>
      <w:r>
        <w:rPr>
          <w:b w:val="0"/>
        </w:rPr>
        <w:t>I, [full name of translator], certify that I am competent to translate from [source language] into English, and that the attached English translation of [document title, for example: Birth certificate of Lucía Fernanda Morales Quintero] is complete and accurate to the best of my knowledge and ability.</w:t>
      </w:r>
    </w:p>
    <w:p>
      <w:r>
        <w:rPr>
          <w:b w:val="0"/>
        </w:rPr>
      </w:r>
    </w:p>
    <w:p>
      <w:r>
        <w:rPr>
          <w:b w:val="0"/>
        </w:rPr>
        <w:t>Signature: ____________________</w:t>
      </w:r>
    </w:p>
    <w:p>
      <w:r>
        <w:rPr>
          <w:b w:val="0"/>
        </w:rPr>
        <w:t>Printed name: [full name]</w:t>
      </w:r>
    </w:p>
    <w:p>
      <w:r>
        <w:rPr>
          <w:b w:val="0"/>
        </w:rPr>
        <w:t>Date: [month day, year]</w:t>
      </w:r>
    </w:p>
    <w:p>
      <w:r>
        <w:rPr>
          <w:b w:val="0"/>
        </w:rPr>
        <w:t>Contact information: [address, phone number or email]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