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FIRST NAME LAST NAME</w:t>
      </w:r>
    </w:p>
    <w:p>
      <w:r>
        <w:t>Job title you are applying for</w:t>
      </w:r>
    </w:p>
    <w:p>
      <w:r>
        <w:t>City, Country  |  +49 000 0000000  |  name@email.com  |  linkedin.com/in/yourname</w:t>
      </w:r>
    </w:p>
    <w:p>
      <w:pPr>
        <w:pStyle w:val="Heading1"/>
      </w:pPr>
      <w:r>
        <w:t>Profile</w:t>
      </w:r>
    </w:p>
    <w:p>
      <w:r>
        <w:t>Two to four sentences: your current role, years of experience, two or three strengths that match the job, and what you are looking for next. Write it in the first person without "I", for example: "Procurement specialist with eight years in automotive supply chains."</w:t>
      </w:r>
    </w:p>
    <w:p>
      <w:pPr>
        <w:pStyle w:val="Heading1"/>
      </w:pPr>
      <w:r>
        <w:t>Experience</w:t>
      </w:r>
    </w:p>
    <w:p>
      <w:pPr>
        <w:pStyle w:val="Heading2"/>
      </w:pPr>
      <w:r>
        <w:t>Job Title, Company Name, City</w:t>
      </w:r>
    </w:p>
    <w:p>
      <w:r>
        <w:rPr>
          <w:i/>
        </w:rPr>
        <w:t>MM/YYYY to present</w:t>
      </w:r>
    </w:p>
    <w:p>
      <w:pPr>
        <w:pStyle w:val="ListBullet"/>
      </w:pPr>
      <w:r>
        <w:t>Start each line with a verb: led, built, negotiated, reduced.</w:t>
      </w:r>
    </w:p>
    <w:p>
      <w:pPr>
        <w:pStyle w:val="ListBullet"/>
      </w:pPr>
      <w:r>
        <w:t>Add a number where you have one: team size, budget, savings, growth.</w:t>
      </w:r>
    </w:p>
    <w:p>
      <w:pPr>
        <w:pStyle w:val="ListBullet"/>
      </w:pPr>
      <w:r>
        <w:t>Three to five lines for your current or most recent job.</w:t>
      </w:r>
    </w:p>
    <w:p>
      <w:pPr>
        <w:pStyle w:val="Heading2"/>
      </w:pPr>
      <w:r>
        <w:t>Job Title, Company Name, City</w:t>
      </w:r>
    </w:p>
    <w:p>
      <w:r>
        <w:rPr>
          <w:i/>
        </w:rPr>
        <w:t>MM/YYYY to MM/YYYY</w:t>
      </w:r>
    </w:p>
    <w:p>
      <w:pPr>
        <w:pStyle w:val="ListBullet"/>
      </w:pPr>
      <w:r>
        <w:t>Two or three lines for older jobs.</w:t>
      </w:r>
    </w:p>
    <w:p>
      <w:pPr>
        <w:pStyle w:val="ListBullet"/>
      </w:pPr>
      <w:r>
        <w:t>Leave out jobs that are not relevant and more than ten to fifteen years old.</w:t>
      </w:r>
    </w:p>
    <w:p>
      <w:pPr>
        <w:pStyle w:val="Heading1"/>
      </w:pPr>
      <w:r>
        <w:t>Education</w:t>
      </w:r>
    </w:p>
    <w:p>
      <w:pPr>
        <w:pStyle w:val="Heading2"/>
      </w:pPr>
      <w:r>
        <w:t>Degree, Subject, University Name, City</w:t>
      </w:r>
    </w:p>
    <w:p>
      <w:r>
        <w:rPr>
          <w:i/>
        </w:rPr>
        <w:t>MM/YYYY to MM/YYYY</w:t>
      </w:r>
    </w:p>
    <w:p>
      <w:pPr>
        <w:pStyle w:val="ListBullet"/>
      </w:pPr>
      <w:r>
        <w:t>Final grade, if it helps you. Explain a foreign grade once, for example "1.8 (German scale, 1.0 is the best grade)".</w:t>
      </w:r>
    </w:p>
    <w:p>
      <w:pPr>
        <w:pStyle w:val="Heading2"/>
      </w:pPr>
      <w:r>
        <w:t>School-leaving qualification, School Name, City</w:t>
      </w:r>
    </w:p>
    <w:p>
      <w:r>
        <w:rPr>
          <w:i/>
        </w:rPr>
        <w:t>YYYY</w:t>
      </w:r>
    </w:p>
    <w:p>
      <w:pPr>
        <w:pStyle w:val="Heading1"/>
      </w:pPr>
      <w:r>
        <w:t>Skills</w:t>
      </w:r>
    </w:p>
    <w:p>
      <w:pPr>
        <w:pStyle w:val="ListBullet"/>
      </w:pPr>
      <w:r>
        <w:t>Software or tool: level (for example SAP S/4HANA: advanced)</w:t>
      </w:r>
    </w:p>
    <w:p>
      <w:pPr>
        <w:pStyle w:val="ListBullet"/>
      </w:pPr>
      <w:r>
        <w:t>Method or certificate: Lean Six Sigma Green Belt</w:t>
      </w:r>
    </w:p>
    <w:p>
      <w:pPr>
        <w:pStyle w:val="ListBullet"/>
      </w:pPr>
      <w:r>
        <w:t>Use the words from the job advert where they are true for you</w:t>
      </w:r>
    </w:p>
    <w:p>
      <w:pPr>
        <w:pStyle w:val="Heading1"/>
      </w:pPr>
      <w:r>
        <w:t>Languages</w:t>
      </w:r>
    </w:p>
    <w:p>
      <w:pPr>
        <w:pStyle w:val="ListBullet"/>
      </w:pPr>
      <w:r>
        <w:t>German: native</w:t>
      </w:r>
    </w:p>
    <w:p>
      <w:pPr>
        <w:pStyle w:val="ListBullet"/>
      </w:pPr>
      <w:r>
        <w:t>English: fluent (C1)</w:t>
      </w:r>
    </w:p>
    <w:p>
      <w:pPr>
        <w:pStyle w:val="ListBullet"/>
      </w:pPr>
      <w:r>
        <w:t>French: basic (A2)</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60"/>
      <w:outlineLvl w:val="0"/>
    </w:pPr>
    <w:rPr>
      <w:rFonts w:ascii="Calibri" w:hAnsi="Calibri"/>
      <w:b/>
      <w:bCs/>
      <w:color w:val="1F2A37"/>
      <w:sz w:val="25"/>
      <w:szCs w:val="28"/>
    </w:rPr>
  </w:style>
  <w:style w:type="paragraph" w:styleId="Heading2">
    <w:name w:val="heading 2"/>
    <w:basedOn w:val="Normal"/>
    <w:next w:val="Normal"/>
    <w:link w:val="Heading2Char"/>
    <w:uiPriority w:val="9"/>
    <w:unhideWhenUsed/>
    <w:qFormat/>
    <w:rsid w:val="00FC693F"/>
    <w:pPr>
      <w:keepNext/>
      <w:keepLines/>
      <w:spacing w:before="120" w:after="0"/>
      <w:outlineLvl w:val="1"/>
    </w:pPr>
    <w:rPr>
      <w:rFonts w:ascii="Calibri" w:hAnsi="Calibri"/>
      <w:b/>
      <w:bCs/>
      <w:color w:val="1F2A3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contextualSpacing/>
    </w:pPr>
    <w:rPr>
      <w:rFonts w:ascii="Calibri" w:hAnsi="Calibri"/>
      <w:b/>
      <w:color w:val="1F2A3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CV template</dc:title>
  <dc:subject/>
  <dc:creator>LoreAI</dc:creator>
  <cp:keywords/>
  <dc:description>One-column English CV template from loreai.org</dc:description>
  <cp:lastModifiedBy/>
  <cp:revision>1</cp:revision>
  <dcterms:created xsi:type="dcterms:W3CDTF">2013-12-23T23:15:00Z</dcterms:created>
  <dcterms:modified xsi:type="dcterms:W3CDTF">2013-12-23T23:15:00Z</dcterms:modified>
  <cp:category/>
</cp:coreProperties>
</file>