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SPECIMEN · SAMPLE DOCUMENT WITHOUT OFFICIAL VALIDITY</w:t>
      </w:r>
    </w:p>
    <w:p>
      <w:r>
        <w:rPr>
          <w:b w:val="0"/>
          <w:i w:val="0"/>
        </w:rPr>
        <w:t>CIVIL REGISTRY · OFFICE 03</w:t>
      </w:r>
    </w:p>
    <w:p>
      <w:pPr>
        <w:pStyle w:val="Heading1"/>
      </w:pPr>
      <w:r>
        <w:t>BIRTH CERTIFICATE</w:t>
      </w:r>
    </w:p>
    <w:p>
      <w:r>
        <w:rPr>
          <w:b w:val="0"/>
          <w:i w:val="0"/>
        </w:rPr>
        <w:t>Certified copy of the certificate recorded in the registry book</w:t>
      </w:r>
    </w:p>
    <w:p>
      <w:r>
        <w:rPr>
          <w:b w:val="0"/>
          <w:i w:val="0"/>
        </w:rPr>
        <w:t>Book: 04</w:t>
      </w:r>
    </w:p>
    <w:p>
      <w:r>
        <w:rPr>
          <w:b w:val="0"/>
          <w:i w:val="0"/>
        </w:rPr>
        <w:t>Certificate No.: 00718</w:t>
      </w:r>
    </w:p>
    <w:p>
      <w:pPr>
        <w:keepNext/>
      </w:pPr>
      <w:r>
        <w:rPr>
          <w:b w:val="0"/>
          <w:i w:val="0"/>
        </w:rPr>
        <w:t>Registration date: 22/06/1994</w:t>
      </w:r>
    </w:p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4652"/>
        <w:gridCol w:w="1661"/>
        <w:gridCol w:w="3323"/>
      </w:tblGrid>
      <w:tr>
        <w:trPr>
          <w:tblHeader/>
        </w:trPr>
        <w:tc>
          <w:tcPr>
            <w:tcW w:type="dxa" w:w="9636"/>
            <w:gridSpan w:val="3"/>
            <w:shd w:fill="E8E8E8"/>
          </w:tcPr>
          <w:p>
            <w:pPr>
              <w:keepNext/>
            </w:pPr>
            <w:r>
              <w:rPr>
                <w:b/>
              </w:rPr>
              <w:t>REGISTERED PERSON'S DATA</w:t>
            </w:r>
          </w:p>
        </w:tc>
      </w:tr>
      <w:tr>
        <w:tc>
          <w:tcPr>
            <w:tcW w:type="dxa" w:w="6313"/>
            <w:gridSpan w:val="2"/>
          </w:tcPr>
          <w:p>
            <w:r>
              <w:t>GIVEN NAME(S) AND SURNAME(S):</w:t>
            </w:r>
          </w:p>
          <w:p>
            <w:r>
              <w:t>LUCÍA FERNANDA MORALES QUINTERO</w:t>
            </w:r>
          </w:p>
        </w:tc>
        <w:tc>
          <w:tcPr>
            <w:tcW w:type="dxa" w:w="3323"/>
          </w:tcPr>
          <w:p>
            <w:r>
              <w:t>SEX:</w:t>
            </w:r>
          </w:p>
          <w:p>
            <w:r>
              <w:t>Female</w:t>
            </w:r>
          </w:p>
        </w:tc>
      </w:tr>
      <w:tr>
        <w:tc>
          <w:tcPr>
            <w:tcW w:type="dxa" w:w="4652"/>
          </w:tcPr>
          <w:p>
            <w:r>
              <w:t>DATE OF BIRTH:</w:t>
            </w:r>
          </w:p>
          <w:p>
            <w:r>
              <w:t>14 June 1994</w:t>
            </w:r>
          </w:p>
        </w:tc>
        <w:tc>
          <w:tcPr>
            <w:tcW w:type="dxa" w:w="1661"/>
          </w:tcPr>
          <w:p>
            <w:r>
              <w:t>TIME:</w:t>
            </w:r>
          </w:p>
          <w:p>
            <w:r>
              <w:t>06:40</w:t>
            </w:r>
          </w:p>
        </w:tc>
        <w:tc>
          <w:tcPr>
            <w:tcW w:type="dxa" w:w="3323"/>
          </w:tcPr>
          <w:p>
            <w:r>
              <w:t>PRESENTED:</w:t>
            </w:r>
          </w:p>
          <w:p>
            <w:r>
              <w:t>Alive</w:t>
            </w:r>
          </w:p>
        </w:tc>
      </w:tr>
      <w:tr>
        <w:tc>
          <w:tcPr>
            <w:tcW w:type="dxa" w:w="9636"/>
            <w:gridSpan w:val="3"/>
          </w:tcPr>
          <w:p>
            <w:r>
              <w:t>PLACE OF BIRTH:</w:t>
            </w:r>
          </w:p>
          <w:p>
            <w:r>
              <w:t>Civil Hospital, Guadalajara, Jalisco</w:t>
            </w:r>
          </w:p>
        </w:tc>
      </w:tr>
    </w:tbl>
    <w:p/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4711"/>
        <w:gridCol w:w="2355"/>
        <w:gridCol w:w="2570"/>
      </w:tblGrid>
      <w:tr>
        <w:trPr>
          <w:tblHeader/>
        </w:trPr>
        <w:tc>
          <w:tcPr>
            <w:tcW w:type="dxa" w:w="4711"/>
            <w:shd w:fill="E8E8E8"/>
          </w:tcPr>
          <w:p>
            <w:pPr>
              <w:keepNext/>
            </w:pPr>
            <w:r>
              <w:rPr>
                <w:b/>
              </w:rPr>
              <w:t>PARENTS' INFORMATION</w:t>
            </w:r>
          </w:p>
        </w:tc>
        <w:tc>
          <w:tcPr>
            <w:tcW w:type="dxa" w:w="2355"/>
            <w:shd w:fill="E8E8E8"/>
          </w:tcPr>
          <w:p>
            <w:pPr>
              <w:keepNext/>
            </w:pPr>
            <w:r>
              <w:rPr>
                <w:b/>
              </w:rPr>
              <w:t>Nationality</w:t>
            </w:r>
          </w:p>
        </w:tc>
        <w:tc>
          <w:tcPr>
            <w:tcW w:type="dxa" w:w="2570"/>
            <w:shd w:fill="E8E8E8"/>
          </w:tcPr>
          <w:p>
            <w:pPr>
              <w:keepNext/>
            </w:pPr>
            <w:r>
              <w:rPr>
                <w:b/>
              </w:rPr>
              <w:t>Age</w:t>
            </w:r>
          </w:p>
        </w:tc>
      </w:tr>
      <w:tr>
        <w:tc>
          <w:tcPr>
            <w:tcW w:type="dxa" w:w="4711"/>
          </w:tcPr>
          <w:p>
            <w:r>
              <w:t>FATHER:</w:t>
            </w:r>
          </w:p>
          <w:p>
            <w:r>
              <w:t>ANDRÉS MORALES IBARRA</w:t>
            </w:r>
          </w:p>
        </w:tc>
        <w:tc>
          <w:tcPr>
            <w:tcW w:type="dxa" w:w="2355"/>
          </w:tcPr>
          <w:p>
            <w:r>
              <w:t>Mexican</w:t>
            </w:r>
          </w:p>
        </w:tc>
        <w:tc>
          <w:tcPr>
            <w:tcW w:type="dxa" w:w="2570"/>
          </w:tcPr>
          <w:p>
            <w:r>
              <w:t>31 years old</w:t>
            </w:r>
          </w:p>
        </w:tc>
      </w:tr>
      <w:tr>
        <w:tc>
          <w:tcPr>
            <w:tcW w:type="dxa" w:w="4711"/>
          </w:tcPr>
          <w:p>
            <w:r>
              <w:t>MOTHER:</w:t>
            </w:r>
          </w:p>
          <w:p>
            <w:r>
              <w:t>DANIELA QUINTERO SALAS</w:t>
            </w:r>
          </w:p>
        </w:tc>
        <w:tc>
          <w:tcPr>
            <w:tcW w:type="dxa" w:w="2355"/>
          </w:tcPr>
          <w:p>
            <w:r>
              <w:t>Mexican</w:t>
            </w:r>
          </w:p>
        </w:tc>
        <w:tc>
          <w:tcPr>
            <w:tcW w:type="dxa" w:w="2570"/>
          </w:tcPr>
          <w:p>
            <w:r>
              <w:t>28 years old</w:t>
            </w:r>
          </w:p>
        </w:tc>
      </w:tr>
    </w:tbl>
    <w:p/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2224"/>
        <w:gridCol w:w="3706"/>
        <w:gridCol w:w="3706"/>
      </w:tblGrid>
      <w:tr>
        <w:trPr>
          <w:tblHeader/>
        </w:trPr>
        <w:tc>
          <w:tcPr>
            <w:tcW w:type="dxa" w:w="2224"/>
            <w:shd w:fill="E8E8E8"/>
          </w:tcPr>
          <w:p>
            <w:pPr>
              <w:keepNext/>
            </w:pPr>
            <w:r>
              <w:rPr>
                <w:b/>
              </w:rPr>
              <w:t>Grandparents</w:t>
            </w:r>
          </w:p>
        </w:tc>
        <w:tc>
          <w:tcPr>
            <w:tcW w:type="dxa" w:w="3706"/>
            <w:shd w:fill="E8E8E8"/>
          </w:tcPr>
          <w:p>
            <w:pPr>
              <w:keepNext/>
            </w:pPr>
            <w:r>
              <w:rPr>
                <w:b/>
              </w:rPr>
              <w:t>Paternal</w:t>
            </w:r>
          </w:p>
        </w:tc>
        <w:tc>
          <w:tcPr>
            <w:tcW w:type="dxa" w:w="3706"/>
            <w:shd w:fill="E8E8E8"/>
          </w:tcPr>
          <w:p>
            <w:pPr>
              <w:keepNext/>
            </w:pPr>
            <w:r>
              <w:rPr>
                <w:b/>
              </w:rPr>
              <w:t>Maternal</w:t>
            </w:r>
          </w:p>
        </w:tc>
      </w:tr>
      <w:tr>
        <w:tc>
          <w:tcPr>
            <w:tcW w:type="dxa" w:w="2224"/>
          </w:tcPr>
          <w:p>
            <w:r>
              <w:t>Grandfather:</w:t>
            </w:r>
          </w:p>
        </w:tc>
        <w:tc>
          <w:tcPr>
            <w:tcW w:type="dxa" w:w="3706"/>
          </w:tcPr>
          <w:p>
            <w:r>
              <w:t>Ernesto Morales Ruiz</w:t>
            </w:r>
          </w:p>
        </w:tc>
        <w:tc>
          <w:tcPr>
            <w:tcW w:type="dxa" w:w="3706"/>
          </w:tcPr>
          <w:p>
            <w:r>
              <w:t>Javier Quintero León</w:t>
            </w:r>
          </w:p>
        </w:tc>
      </w:tr>
      <w:tr>
        <w:tc>
          <w:tcPr>
            <w:tcW w:type="dxa" w:w="2224"/>
          </w:tcPr>
          <w:p>
            <w:r>
              <w:t>Grandmother:</w:t>
            </w:r>
          </w:p>
        </w:tc>
        <w:tc>
          <w:tcPr>
            <w:tcW w:type="dxa" w:w="3706"/>
          </w:tcPr>
          <w:p>
            <w:r>
              <w:t>Rosa Ibarra Núñez</w:t>
            </w:r>
          </w:p>
        </w:tc>
        <w:tc>
          <w:tcPr>
            <w:tcW w:type="dxa" w:w="3706"/>
          </w:tcPr>
          <w:p>
            <w:r>
              <w:t>Elena Salas Ortega</w:t>
            </w:r>
          </w:p>
        </w:tc>
      </w:tr>
    </w:tbl>
    <w:p/>
    <w:tbl>
      <w:tblPr>
        <w:tblStyle w:val="TableGrid"/>
        <w:tblW w:type="dxa" w:w="9638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9638"/>
            <w:gridSpan w:val="2"/>
            <w:shd w:fill="E8E8E8"/>
          </w:tcPr>
          <w:p>
            <w:pPr>
              <w:keepNext/>
            </w:pPr>
            <w:r>
              <w:rPr>
                <w:b/>
              </w:rPr>
              <w:t>WITNESSES</w:t>
            </w:r>
          </w:p>
        </w:tc>
      </w:tr>
      <w:tr>
        <w:tc>
          <w:tcPr>
            <w:tcW w:type="dxa" w:w="4819"/>
          </w:tcPr>
          <w:p>
            <w:r>
              <w:t>Martín Vega Rojas, 40 years old, merchant</w:t>
            </w:r>
          </w:p>
        </w:tc>
        <w:tc>
          <w:tcPr>
            <w:tcW w:type="dxa" w:w="4819"/>
          </w:tcPr>
          <w:p>
            <w:r>
              <w:t>Patricia Luna Castro, 35 years old, teacher</w:t>
            </w:r>
          </w:p>
        </w:tc>
      </w:tr>
    </w:tbl>
    <w:p/>
    <w:tbl>
      <w:tblPr>
        <w:tblStyle w:val="TableGrid"/>
        <w:tblW w:type="dxa" w:w="9638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t>MARGINAL NOTES:</w:t>
            </w:r>
          </w:p>
          <w:p>
            <w:r>
              <w:t>No annotations.</w:t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1365055" cy="13650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5055" cy="1365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Lic. Ramón Ortiz Delgado</w:t>
      </w:r>
    </w:p>
    <w:p>
      <w:r>
        <w:rPr>
          <w:b w:val="0"/>
          <w:i w:val="0"/>
        </w:rPr>
        <w:t>Civil Registry Official</w:t>
      </w:r>
    </w:p>
    <w:p>
      <w:r>
        <w:rPr>
          <w:b w:val="0"/>
          <w:i w:val="0"/>
        </w:rPr>
        <w:t>Fictitious document created as an example. The names and data are invented.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8" w:type="dxa"/>
        <w:bottom w:w="6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