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EJEMPLAR · DOCUMENTO DE MUESTRA SIN VALIDEZ LEGAL</w:t>
      </w:r>
    </w:p>
    <w:p>
      <w:r>
        <w:rPr>
          <w:b w:val="0"/>
          <w:i w:val="0"/>
        </w:rPr>
        <w:t>CONDADO DE EJEMPLO · OFICINA DEL REGISTRADOR</w:t>
      </w:r>
    </w:p>
    <w:p>
      <w:pPr>
        <w:pStyle w:val="Heading1"/>
      </w:pPr>
      <w:r>
        <w:t>CERTIFICADO DE NACIDO VIVO</w:t>
      </w:r>
    </w:p>
    <w:p>
      <w:r>
        <w:rPr>
          <w:b w:val="0"/>
          <w:i w:val="0"/>
        </w:rPr>
        <w:t>Copia certificada</w:t>
      </w:r>
    </w:p>
    <w:p>
      <w:r>
        <w:rPr>
          <w:b w:val="0"/>
          <w:i w:val="0"/>
        </w:rPr>
        <w:t>Número de expediente estatal: 2015-041-08832</w:t>
      </w:r>
    </w:p>
    <w:p>
      <w:pPr>
        <w:keepNext/>
      </w:pPr>
      <w:r>
        <w:rPr>
          <w:b w:val="0"/>
          <w:i w:val="0"/>
        </w:rPr>
        <w:t>Número de registro local: 3317</w:t>
      </w:r>
    </w:p>
    <w:tbl>
      <w:tblPr>
        <w:tblStyle w:val="TableGrid"/>
        <w:tblW w:type="dxa" w:w="9636"/>
        <w:jc w:val="center"/>
        <w:tblLook w:firstColumn="1" w:firstRow="1" w:lastColumn="0" w:lastRow="0" w:noHBand="0" w:noVBand="1" w:val="04A0"/>
      </w:tblPr>
      <w:tblGrid>
        <w:gridCol w:w="3636"/>
        <w:gridCol w:w="2000"/>
        <w:gridCol w:w="4000"/>
      </w:tblGrid>
      <w:tr>
        <w:tc>
          <w:tcPr>
            <w:tcW w:type="dxa" w:w="9636"/>
            <w:gridSpan w:val="3"/>
          </w:tcPr>
          <w:p>
            <w:r>
              <w:t>MENOR</w:t>
            </w:r>
          </w:p>
        </w:tc>
      </w:tr>
      <w:tr>
        <w:tc>
          <w:tcPr>
            <w:tcW w:type="dxa" w:w="5636"/>
            <w:gridSpan w:val="2"/>
          </w:tcPr>
          <w:p>
            <w:r>
              <w:t>NOMBRE (PRIMERO, SEGUNDO, APELLIDO):</w:t>
            </w:r>
          </w:p>
          <w:p>
            <w:r>
              <w:t>EMMA GRACE NOVAK</w:t>
            </w:r>
          </w:p>
        </w:tc>
        <w:tc>
          <w:tcPr>
            <w:tcW w:type="dxa" w:w="4000"/>
          </w:tcPr>
          <w:p>
            <w:r>
              <w:t>SEXO:</w:t>
            </w:r>
          </w:p>
          <w:p>
            <w:r>
              <w:t>Femenino</w:t>
            </w:r>
          </w:p>
        </w:tc>
      </w:tr>
      <w:tr>
        <w:tc>
          <w:tcPr>
            <w:tcW w:type="dxa" w:w="3636"/>
          </w:tcPr>
          <w:p>
            <w:r>
              <w:t>FECHA DE NACIMIENTO:</w:t>
            </w:r>
          </w:p>
          <w:p>
            <w:r>
              <w:t>9 de marzo de 2015</w:t>
            </w:r>
          </w:p>
        </w:tc>
        <w:tc>
          <w:tcPr>
            <w:tcW w:type="dxa" w:w="2000"/>
          </w:tcPr>
          <w:p>
            <w:r>
              <w:t>HORA:</w:t>
            </w:r>
          </w:p>
          <w:p>
            <w:r>
              <w:t>11:52 p. m.</w:t>
            </w:r>
          </w:p>
        </w:tc>
        <w:tc>
          <w:tcPr>
            <w:tcW w:type="dxa" w:w="4000"/>
          </w:tcPr>
          <w:p>
            <w:r>
              <w:t>CONDADO DE NACIMIENTO:</w:t>
            </w:r>
          </w:p>
          <w:p>
            <w:r>
              <w:t>Condado de Ejemplo</w:t>
            </w:r>
          </w:p>
        </w:tc>
      </w:tr>
      <w:tr>
        <w:tc>
          <w:tcPr>
            <w:tcW w:type="dxa" w:w="9636"/>
            <w:gridSpan w:val="3"/>
          </w:tcPr>
          <w:p>
            <w:r>
              <w:t>LUGAR DE NACIMIENTO:</w:t>
            </w:r>
          </w:p>
          <w:p>
            <w:r>
              <w:t>Centro Médico Riverside, Springfield</w:t>
            </w:r>
          </w:p>
        </w:tc>
      </w:tr>
    </w:tbl>
    <w:p/>
    <w:tbl>
      <w:tblPr>
        <w:tblStyle w:val="TableGrid"/>
        <w:tblW w:type="dxa" w:w="9637"/>
        <w:jc w:val="center"/>
        <w:tblLook w:firstColumn="1" w:firstRow="1" w:lastColumn="0" w:lastRow="0" w:noHBand="0" w:noVBand="1" w:val="04A0"/>
      </w:tblPr>
      <w:tblGrid>
        <w:gridCol w:w="6425"/>
        <w:gridCol w:w="3212"/>
      </w:tblGrid>
      <w:tr>
        <w:tc>
          <w:tcPr>
            <w:tcW w:type="dxa" w:w="9637"/>
            <w:gridSpan w:val="2"/>
          </w:tcPr>
          <w:p>
            <w:r>
              <w:t>PADRES</w:t>
            </w:r>
          </w:p>
        </w:tc>
      </w:tr>
      <w:tr>
        <w:tc>
          <w:tcPr>
            <w:tcW w:type="dxa" w:w="6425"/>
          </w:tcPr>
          <w:p>
            <w:r>
              <w:t>NOMBRE DE LA MADRE ANTES DEL PRIMER MATRIMONIO:</w:t>
            </w:r>
          </w:p>
          <w:p>
            <w:r>
              <w:t>LAURA ANNE BENNETT</w:t>
            </w:r>
          </w:p>
        </w:tc>
        <w:tc>
          <w:tcPr>
            <w:tcW w:type="dxa" w:w="3212"/>
          </w:tcPr>
          <w:p>
            <w:r>
              <w:t>LUGAR DE NACIMIENTO:</w:t>
            </w:r>
          </w:p>
          <w:p>
            <w:r>
              <w:t>Ohio</w:t>
            </w:r>
          </w:p>
        </w:tc>
      </w:tr>
      <w:tr>
        <w:tc>
          <w:tcPr>
            <w:tcW w:type="dxa" w:w="6425"/>
          </w:tcPr>
          <w:p>
            <w:r>
              <w:t>NOMBRE DEL PADRE:</w:t>
            </w:r>
          </w:p>
          <w:p>
            <w:r>
              <w:t>DANIEL JAMES NOVAK</w:t>
            </w:r>
          </w:p>
        </w:tc>
        <w:tc>
          <w:tcPr>
            <w:tcW w:type="dxa" w:w="3212"/>
          </w:tcPr>
          <w:p>
            <w:r>
              <w:t>LUGAR DE NACIMIENTO:</w:t>
            </w:r>
          </w:p>
          <w:p>
            <w:r>
              <w:t>Illinois</w:t>
            </w:r>
          </w:p>
        </w:tc>
      </w:tr>
    </w:tbl>
    <w:p/>
    <w:tbl>
      <w:tblPr>
        <w:tblStyle w:val="TableGrid"/>
        <w:tblW w:type="dxa" w:w="9637"/>
        <w:jc w:val="center"/>
        <w:tblLook w:firstColumn="1" w:firstRow="1" w:lastColumn="0" w:lastRow="0" w:noHBand="0" w:noVBand="1" w:val="04A0"/>
      </w:tblPr>
      <w:tblGrid>
        <w:gridCol w:w="2855"/>
        <w:gridCol w:w="3391"/>
        <w:gridCol w:w="3391"/>
      </w:tblGrid>
      <w:tr>
        <w:tc>
          <w:tcPr>
            <w:tcW w:type="dxa" w:w="9637"/>
            <w:gridSpan w:val="3"/>
          </w:tcPr>
          <w:p>
            <w:r>
              <w:t>CERTIFICACIÓN</w:t>
            </w:r>
          </w:p>
        </w:tc>
      </w:tr>
      <w:tr>
        <w:tc>
          <w:tcPr>
            <w:tcW w:type="dxa" w:w="2855"/>
          </w:tcPr>
          <w:p>
            <w:r>
              <w:t>MÉDICO TRATANTE:</w:t>
            </w:r>
          </w:p>
          <w:p>
            <w:r>
              <w:t>M. Torres, MD</w:t>
            </w:r>
          </w:p>
        </w:tc>
        <w:tc>
          <w:tcPr>
            <w:tcW w:type="dxa" w:w="3391"/>
          </w:tcPr>
          <w:p>
            <w:r>
              <w:t>FECHA DE REGISTRO:</w:t>
            </w:r>
          </w:p>
          <w:p>
            <w:r>
              <w:t>13 de marzo de 2015</w:t>
            </w:r>
          </w:p>
        </w:tc>
        <w:tc>
          <w:tcPr>
            <w:tcW w:type="dxa" w:w="3391"/>
          </w:tcPr>
          <w:p>
            <w:r>
              <w:t>REGISTRADORA LOCAL:</w:t>
            </w:r>
          </w:p>
          <w:p>
            <w:r>
              <w:t>Karen Ellis</w:t>
            </w:r>
          </w:p>
        </w:tc>
      </w:tr>
    </w:tbl>
    <w:p/>
    <w:tbl>
      <w:tblPr>
        <w:tblStyle w:val="TableGrid"/>
        <w:tblW w:type="dxa" w:w="9638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t>MODIFICACIONES:</w:t>
            </w:r>
          </w:p>
          <w:p>
            <w:r>
              <w:t>Ninguna.</w:t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1375556" cy="13755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5556" cy="13755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2604106" cy="76653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4106" cy="7665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>Documento ficticio creado como ejemplo. Todos los nombres y datos son inventados.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60" w:type="dxa"/>
        <w:left w:w="108" w:type="dxa"/>
        <w:bottom w:w="6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