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</w:rPr>
        <w:t>SPECIMEN · SAMPLE DOCUMENT WITH NO LEGAL VALUE</w:t>
      </w:r>
    </w:p>
    <w:p>
      <w:r>
        <w:rPr>
          <w:b w:val="0"/>
          <w:i w:val="0"/>
        </w:rPr>
        <w:t>CIVIL REGISTRY OF NATURAL PERSONS · 2nd REGISTRY OFFICE</w:t>
      </w:r>
    </w:p>
    <w:p>
      <w:pPr>
        <w:pStyle w:val="Heading1"/>
      </w:pPr>
      <w:r>
        <w:t>MARRIAGE CERTIFICATE</w:t>
      </w:r>
    </w:p>
    <w:p>
      <w:r>
        <w:rPr>
          <w:b w:val="0"/>
          <w:i w:val="0"/>
        </w:rPr>
        <w:t>Registration 104422 01 55 2019 2 00031 112 0004567 81</w:t>
      </w:r>
    </w:p>
    <w:p>
      <w:r>
        <w:rPr>
          <w:b w:val="0"/>
          <w:i w:val="0"/>
        </w:rPr>
        <w:t>Book: B-031</w:t>
      </w:r>
    </w:p>
    <w:p>
      <w:r>
        <w:rPr>
          <w:b w:val="0"/>
          <w:i w:val="0"/>
        </w:rPr>
        <w:t>Page: 112</w:t>
      </w:r>
    </w:p>
    <w:p>
      <w:pPr>
        <w:keepNext/>
      </w:pPr>
      <w:r>
        <w:rPr>
          <w:b w:val="0"/>
          <w:i w:val="0"/>
        </w:rPr>
        <w:t>Entry: 4567</w:t>
      </w:r>
    </w:p>
    <w:tbl>
      <w:tblPr>
        <w:tblStyle w:val="TableGrid"/>
        <w:tblW w:type="dxa" w:w="9637"/>
        <w:jc w:val="center"/>
        <w:tblLook w:firstColumn="1" w:firstRow="1" w:lastColumn="0" w:lastRow="0" w:noHBand="0" w:noVBand="1" w:val="04A0"/>
      </w:tblPr>
      <w:tblGrid>
        <w:gridCol w:w="5006"/>
        <w:gridCol w:w="4631"/>
      </w:tblGrid>
      <w:tr>
        <w:trPr>
          <w:tblHeader/>
        </w:trPr>
        <w:tc>
          <w:tcPr>
            <w:tcW w:type="dxa" w:w="9637"/>
            <w:gridSpan w:val="2"/>
            <w:shd w:fill="E8E8E8"/>
          </w:tcPr>
          <w:p>
            <w:pPr>
              <w:keepNext/>
            </w:pPr>
            <w:r>
              <w:rPr>
                <w:b/>
              </w:rPr>
              <w:t>SPOUSES</w:t>
            </w:r>
          </w:p>
        </w:tc>
      </w:tr>
      <w:tr>
        <w:tc>
          <w:tcPr>
            <w:tcW w:type="dxa" w:w="5006"/>
          </w:tcPr>
          <w:p>
            <w:r>
              <w:t>NAME OF THE FIRST SPOUSE:</w:t>
            </w:r>
          </w:p>
          <w:p>
            <w:r>
              <w:t>RAFAEL AUGUSTO PEREIRA LIMA</w:t>
            </w:r>
          </w:p>
        </w:tc>
        <w:tc>
          <w:tcPr>
            <w:tcW w:type="dxa" w:w="4631"/>
          </w:tcPr>
          <w:p>
            <w:r>
              <w:t>NAME OF THE SECOND SPOUSE:</w:t>
            </w:r>
          </w:p>
          <w:p>
            <w:r>
              <w:t>BEATRIZ HELENA SOUZA CARVALHO</w:t>
            </w:r>
          </w:p>
        </w:tc>
      </w:tr>
      <w:tr>
        <w:tc>
          <w:tcPr>
            <w:tcW w:type="dxa" w:w="5006"/>
          </w:tcPr>
          <w:p>
            <w:r>
              <w:t>DATE AND PLACE OF BIRTH:</w:t>
            </w:r>
          </w:p>
          <w:p>
            <w:r>
              <w:t>03/02/1990, Curitiba, PR</w:t>
            </w:r>
          </w:p>
        </w:tc>
        <w:tc>
          <w:tcPr>
            <w:tcW w:type="dxa" w:w="4631"/>
          </w:tcPr>
          <w:p>
            <w:r>
              <w:t>DATE AND PLACE OF BIRTH:</w:t>
            </w:r>
          </w:p>
          <w:p>
            <w:r>
              <w:t>17/09/1992, Londrina, PR</w:t>
            </w:r>
          </w:p>
        </w:tc>
      </w:tr>
      <w:tr>
        <w:tc>
          <w:tcPr>
            <w:tcW w:type="dxa" w:w="5006"/>
          </w:tcPr>
          <w:p>
            <w:r>
              <w:t>COUNTRY:</w:t>
            </w:r>
          </w:p>
          <w:p>
            <w:r>
              <w:t>Jorge Pereira Lima and Márcia Augusta Lima</w:t>
            </w:r>
          </w:p>
        </w:tc>
        <w:tc>
          <w:tcPr>
            <w:tcW w:type="dxa" w:w="4631"/>
          </w:tcPr>
          <w:p>
            <w:r>
              <w:t>COUNTRY:</w:t>
            </w:r>
          </w:p>
          <w:p>
            <w:r>
              <w:t>Paulo Souza Carvalho and Helena Souza</w:t>
            </w:r>
          </w:p>
        </w:tc>
      </w:tr>
      <w:tr>
        <w:tc>
          <w:tcPr>
            <w:tcW w:type="dxa" w:w="5006"/>
          </w:tcPr>
          <w:p>
            <w:r>
              <w:t>NAME ADOPTED AFTER MARRIAGE:</w:t>
            </w:r>
          </w:p>
          <w:p>
            <w:r>
              <w:t>Rafael Augusto Pereira Lima</w:t>
            </w:r>
          </w:p>
        </w:tc>
        <w:tc>
          <w:tcPr>
            <w:tcW w:type="dxa" w:w="4631"/>
          </w:tcPr>
          <w:p>
            <w:r>
              <w:t>NAME ADOPTED AFTER MARRIAGE:</w:t>
            </w:r>
          </w:p>
          <w:p>
            <w:r>
              <w:t>Beatriz Helena Souza Carvalho Lima</w:t>
            </w:r>
          </w:p>
        </w:tc>
      </w:tr>
    </w:tbl>
    <w:p/>
    <w:tbl>
      <w:tblPr>
        <w:tblStyle w:val="TableGrid"/>
        <w:tblW w:type="dxa" w:w="9636"/>
        <w:jc w:val="center"/>
        <w:tblLook w:firstColumn="1" w:firstRow="1" w:lastColumn="0" w:lastRow="0" w:noHBand="0" w:noVBand="1" w:val="04A0"/>
      </w:tblPr>
      <w:tblGrid>
        <w:gridCol w:w="3636"/>
        <w:gridCol w:w="3818"/>
        <w:gridCol w:w="2182"/>
      </w:tblGrid>
      <w:tr>
        <w:trPr>
          <w:tblHeader/>
        </w:trPr>
        <w:tc>
          <w:tcPr>
            <w:tcW w:type="dxa" w:w="9636"/>
            <w:gridSpan w:val="3"/>
            <w:shd w:fill="E8E8E8"/>
          </w:tcPr>
          <w:p>
            <w:pPr>
              <w:keepNext/>
            </w:pPr>
            <w:r>
              <w:rPr>
                <w:b/>
              </w:rPr>
              <w:t>MARRIAGE DATA</w:t>
            </w:r>
          </w:p>
        </w:tc>
      </w:tr>
      <w:tr>
        <w:tc>
          <w:tcPr>
            <w:tcW w:type="dxa" w:w="3636"/>
          </w:tcPr>
          <w:p>
            <w:r>
              <w:t>DATE OF CELEBRATION:</w:t>
            </w:r>
          </w:p>
          <w:p>
            <w:r>
              <w:t>14 September 2019</w:t>
            </w:r>
          </w:p>
        </w:tc>
        <w:tc>
          <w:tcPr>
            <w:tcW w:type="dxa" w:w="3818"/>
          </w:tcPr>
          <w:p>
            <w:r>
              <w:t>DATE OF REGISTRATION:</w:t>
            </w:r>
          </w:p>
          <w:p>
            <w:r>
              <w:t>14/09/2019</w:t>
            </w:r>
          </w:p>
        </w:tc>
        <w:tc>
          <w:tcPr>
            <w:tcW w:type="dxa" w:w="2182"/>
          </w:tcPr>
          <w:p>
            <w:r>
              <w:t>PLACE:</w:t>
            </w:r>
          </w:p>
          <w:p>
            <w:r>
              <w:t>Curitiba, PR</w:t>
            </w:r>
          </w:p>
        </w:tc>
      </w:tr>
      <w:tr>
        <w:tc>
          <w:tcPr>
            <w:tcW w:type="dxa" w:w="9636"/>
            <w:gridSpan w:val="3"/>
          </w:tcPr>
          <w:p>
            <w:r>
              <w:t>PROPERTY REGIME:</w:t>
            </w:r>
          </w:p>
          <w:p>
            <w:r>
              <w:t>Partial community of property</w:t>
            </w:r>
          </w:p>
        </w:tc>
      </w:tr>
    </w:tbl>
    <w:p/>
    <w:tbl>
      <w:tblPr>
        <w:tblStyle w:val="TableGrid"/>
        <w:tblW w:type="dxa" w:w="9637"/>
        <w:jc w:val="center"/>
        <w:tblLook w:firstColumn="1" w:firstRow="1" w:lastColumn="0" w:lastRow="0" w:noHBand="0" w:noVBand="1" w:val="04A0"/>
      </w:tblPr>
      <w:tblGrid>
        <w:gridCol w:w="4701"/>
        <w:gridCol w:w="4936"/>
      </w:tblGrid>
      <w:tr>
        <w:trPr>
          <w:tblHeader/>
        </w:trPr>
        <w:tc>
          <w:tcPr>
            <w:tcW w:type="dxa" w:w="9637"/>
            <w:gridSpan w:val="2"/>
            <w:shd w:fill="E8E8E8"/>
          </w:tcPr>
          <w:p>
            <w:pPr>
              <w:keepNext/>
            </w:pPr>
            <w:r>
              <w:rPr>
                <w:b/>
              </w:rPr>
              <w:t>WITNESSES</w:t>
            </w:r>
          </w:p>
        </w:tc>
      </w:tr>
      <w:tr>
        <w:tc>
          <w:tcPr>
            <w:tcW w:type="dxa" w:w="4701"/>
          </w:tcPr>
          <w:p>
            <w:r>
              <w:t>Fernanda Rocha Alves</w:t>
            </w:r>
          </w:p>
        </w:tc>
        <w:tc>
          <w:tcPr>
            <w:tcW w:type="dxa" w:w="4936"/>
          </w:tcPr>
          <w:p>
            <w:r>
              <w:t>Marcelo Dias Teixeira</w:t>
            </w:r>
          </w:p>
        </w:tc>
      </w:tr>
    </w:tbl>
    <w:p/>
    <w:tbl>
      <w:tblPr>
        <w:tblStyle w:val="TableGrid"/>
        <w:tblW w:type="dxa" w:w="9638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</w:tcPr>
          <w:p>
            <w:r>
              <w:t>REGISTRATIONS / NOTES:</w:t>
            </w:r>
          </w:p>
          <w:p>
            <w:r>
              <w:t>Nothing recorded.</w:t>
            </w:r>
          </w:p>
        </w:tc>
      </w:tr>
    </w:tbl>
    <w:p/>
    <w:p>
      <w:r>
        <w:drawing>
          <wp:inline xmlns:a="http://schemas.openxmlformats.org/drawingml/2006/main" xmlns:pic="http://schemas.openxmlformats.org/drawingml/2006/picture">
            <wp:extent cx="1375556" cy="137555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75556" cy="13755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2604106" cy="756031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04106" cy="7560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 w:val="0"/>
          <w:i w:val="0"/>
        </w:rPr>
        <w:t>Fictitious document created as an example. Names and data are invented.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60" w:type="dxa"/>
        <w:left w:w="108" w:type="dxa"/>
        <w:bottom w:w="6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